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13FDD" w14:textId="77777777" w:rsidR="00352ABF" w:rsidRDefault="00614B9D">
      <w:pPr>
        <w:jc w:val="center"/>
      </w:pPr>
      <w:r>
        <w:rPr>
          <w:b/>
          <w:sz w:val="28"/>
        </w:rPr>
        <w:t>IZVJEŠTAJ SA SKUPŠTINE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51"/>
        <w:gridCol w:w="5151"/>
      </w:tblGrid>
      <w:tr w:rsidR="00352ABF" w14:paraId="3AFE4367" w14:textId="77777777">
        <w:trPr>
          <w:jc w:val="center"/>
        </w:trPr>
        <w:tc>
          <w:tcPr>
            <w:tcW w:w="5156" w:type="dxa"/>
            <w:vAlign w:val="center"/>
          </w:tcPr>
          <w:p w14:paraId="5F4BBC54" w14:textId="77777777" w:rsidR="00352ABF" w:rsidRDefault="00614B9D">
            <w:r>
              <w:rPr>
                <w:b/>
              </w:rPr>
              <w:t>Naziv društva</w:t>
            </w:r>
          </w:p>
        </w:tc>
        <w:tc>
          <w:tcPr>
            <w:tcW w:w="5156" w:type="dxa"/>
            <w:vAlign w:val="center"/>
          </w:tcPr>
          <w:p w14:paraId="7784C173" w14:textId="77777777" w:rsidR="00352ABF" w:rsidRDefault="00614B9D">
            <w:r>
              <w:t>BNT – TVORNICA MAŠINA I HIDRAULIKE D.D. NOVI TRAVNIK</w:t>
            </w:r>
          </w:p>
        </w:tc>
      </w:tr>
      <w:tr w:rsidR="00352ABF" w14:paraId="05F64000" w14:textId="77777777">
        <w:trPr>
          <w:jc w:val="center"/>
        </w:trPr>
        <w:tc>
          <w:tcPr>
            <w:tcW w:w="5156" w:type="dxa"/>
            <w:vAlign w:val="center"/>
          </w:tcPr>
          <w:p w14:paraId="476C8C2D" w14:textId="77777777" w:rsidR="00352ABF" w:rsidRDefault="00614B9D">
            <w:r>
              <w:rPr>
                <w:b/>
              </w:rPr>
              <w:t>Mjesto, datum i vrijeme održavanja</w:t>
            </w:r>
          </w:p>
        </w:tc>
        <w:tc>
          <w:tcPr>
            <w:tcW w:w="5156" w:type="dxa"/>
            <w:vAlign w:val="center"/>
          </w:tcPr>
          <w:p w14:paraId="2A4A784F" w14:textId="77777777" w:rsidR="00352ABF" w:rsidRDefault="00614B9D">
            <w:r>
              <w:t>Novi Travnik, 03.07.2026. godine u 12:00h</w:t>
            </w:r>
          </w:p>
        </w:tc>
      </w:tr>
      <w:tr w:rsidR="00352ABF" w14:paraId="266ABF2F" w14:textId="77777777">
        <w:trPr>
          <w:jc w:val="center"/>
        </w:trPr>
        <w:tc>
          <w:tcPr>
            <w:tcW w:w="5156" w:type="dxa"/>
            <w:vAlign w:val="center"/>
          </w:tcPr>
          <w:p w14:paraId="5301F68C" w14:textId="09EF0782" w:rsidR="00352ABF" w:rsidRDefault="00614B9D">
            <w:r>
              <w:rPr>
                <w:b/>
              </w:rPr>
              <w:t xml:space="preserve">Punomoćnik ZIF-a „BIG Investiciona </w:t>
            </w:r>
            <w:proofErr w:type="gramStart"/>
            <w:r>
              <w:rPr>
                <w:b/>
              </w:rPr>
              <w:t>grupa“ d.d.</w:t>
            </w:r>
            <w:proofErr w:type="gramEnd"/>
            <w:r>
              <w:rPr>
                <w:b/>
              </w:rPr>
              <w:t xml:space="preserve"> Sarajevo i ZIF „HERBOS </w:t>
            </w:r>
            <w:proofErr w:type="gramStart"/>
            <w:r>
              <w:rPr>
                <w:b/>
              </w:rPr>
              <w:t>FOND“ d.d.</w:t>
            </w:r>
            <w:proofErr w:type="gramEnd"/>
            <w:r>
              <w:rPr>
                <w:b/>
              </w:rPr>
              <w:t xml:space="preserve"> </w:t>
            </w:r>
          </w:p>
        </w:tc>
        <w:tc>
          <w:tcPr>
            <w:tcW w:w="5156" w:type="dxa"/>
            <w:vAlign w:val="center"/>
          </w:tcPr>
          <w:p w14:paraId="0D5C3BB1" w14:textId="77777777" w:rsidR="00352ABF" w:rsidRDefault="00614B9D">
            <w:r>
              <w:t>Damir Dinarević</w:t>
            </w:r>
          </w:p>
        </w:tc>
      </w:tr>
    </w:tbl>
    <w:p w14:paraId="6835254B" w14:textId="77777777" w:rsidR="00352ABF" w:rsidRDefault="00614B9D">
      <w:pPr>
        <w:jc w:val="center"/>
      </w:pPr>
      <w:r>
        <w:rPr>
          <w:b/>
        </w:rPr>
        <w:t>DNEVNI RED I TOK SKUPŠTINE</w:t>
      </w:r>
    </w:p>
    <w:p w14:paraId="59E4A96D" w14:textId="77777777" w:rsidR="00352ABF" w:rsidRDefault="00614B9D">
      <w:pPr>
        <w:spacing w:after="40"/>
      </w:pPr>
      <w:r>
        <w:rPr>
          <w:b/>
        </w:rPr>
        <w:t>Prisutnost skupštini</w:t>
      </w:r>
    </w:p>
    <w:p w14:paraId="3444AC1D" w14:textId="77777777" w:rsidR="00352ABF" w:rsidRDefault="00614B9D">
      <w:pPr>
        <w:spacing w:after="80"/>
      </w:pPr>
      <w:r>
        <w:t>Broj glasova: 1.537.111     % Učešće: 93,66%</w:t>
      </w:r>
    </w:p>
    <w:p w14:paraId="498BB57E" w14:textId="77777777" w:rsidR="00352ABF" w:rsidRDefault="00614B9D">
      <w:pPr>
        <w:spacing w:after="40"/>
      </w:pPr>
      <w:r>
        <w:rPr>
          <w:b/>
        </w:rPr>
        <w:t>Karakter skupštine</w:t>
      </w:r>
    </w:p>
    <w:p w14:paraId="0FBE7E44" w14:textId="77777777" w:rsidR="00352ABF" w:rsidRDefault="00614B9D">
      <w:pPr>
        <w:spacing w:after="80"/>
      </w:pPr>
      <w:r>
        <w:t>Redovna</w:t>
      </w:r>
    </w:p>
    <w:p w14:paraId="19FEA1DD" w14:textId="77777777" w:rsidR="00352ABF" w:rsidRDefault="00614B9D">
      <w:pPr>
        <w:spacing w:after="40"/>
      </w:pPr>
      <w:r>
        <w:rPr>
          <w:b/>
        </w:rPr>
        <w:t>Ad. 1. Izbor predsjednika Skupštine i dva ovjerivača zapisnika</w:t>
      </w:r>
    </w:p>
    <w:p w14:paraId="589466BD" w14:textId="77777777" w:rsidR="00352ABF" w:rsidRDefault="00614B9D">
      <w:r>
        <w:t>Predsjedavajući: Predsjednik skupštine: Zlatan Bilanović</w:t>
      </w:r>
    </w:p>
    <w:p w14:paraId="50363720" w14:textId="77777777" w:rsidR="00352ABF" w:rsidRDefault="00614B9D">
      <w:r>
        <w:t>Ovjerivači zapisnika: Ahmed Aljukić i Damir Dinarević</w:t>
      </w:r>
    </w:p>
    <w:p w14:paraId="4AEDB7FE" w14:textId="77777777" w:rsidR="00352ABF" w:rsidRDefault="00614B9D">
      <w:r>
        <w:t>Rezultati glasanja: ZA glasova 100%; PROTIV 0%</w:t>
      </w:r>
    </w:p>
    <w:p w14:paraId="1CB85E4C" w14:textId="77777777" w:rsidR="00352ABF" w:rsidRDefault="00614B9D">
      <w:r>
        <w:t>Glasanje punomoćnika: ZA – u skladu sa Uputama za glasanje.</w:t>
      </w:r>
    </w:p>
    <w:p w14:paraId="680646F9" w14:textId="77777777" w:rsidR="00352ABF" w:rsidRDefault="00614B9D">
      <w:pPr>
        <w:spacing w:after="40"/>
      </w:pPr>
      <w:r>
        <w:rPr>
          <w:b/>
        </w:rPr>
        <w:t>Ad. 2. Usvajanje godišnjeg izvještaja o poslovanju privrednog društva »BNT-TMIH« d.d. Novi Travnik za 2025 godinu, koji uključuje: Finansijski izvještaj (bilans stanja i uspjeha), Izvještaj Vanjskog revizora, Izvještaj Odbora za Reviziju i Izvještaj o radu Nadzornog odbora.</w:t>
      </w:r>
    </w:p>
    <w:p w14:paraId="53DDB598" w14:textId="77777777" w:rsidR="00352ABF" w:rsidRDefault="00614B9D">
      <w:r>
        <w:t>Rezultati glasanja: ZA glasova 100%; PROTIV 0%</w:t>
      </w:r>
    </w:p>
    <w:p w14:paraId="7B8C5AB6" w14:textId="77777777" w:rsidR="00352ABF" w:rsidRDefault="00614B9D">
      <w:r>
        <w:t>Glasanje punomoćnika: ZA – u skladu sa Uputama za glasanje.</w:t>
      </w:r>
    </w:p>
    <w:p w14:paraId="5280F7CB" w14:textId="77777777" w:rsidR="00352ABF" w:rsidRDefault="00614B9D">
      <w:pPr>
        <w:spacing w:after="40"/>
      </w:pPr>
      <w:r>
        <w:rPr>
          <w:b/>
        </w:rPr>
        <w:t>Ad. 3. Odluka o raspodjeli dobiti</w:t>
      </w:r>
    </w:p>
    <w:p w14:paraId="38AF145E" w14:textId="77777777" w:rsidR="00352ABF" w:rsidRDefault="00614B9D">
      <w:r>
        <w:t>Rezultati glasanja: ZA glasova 100%; PROTIV 0%</w:t>
      </w:r>
    </w:p>
    <w:p w14:paraId="2FAD2A06" w14:textId="77777777" w:rsidR="00352ABF" w:rsidRDefault="00614B9D">
      <w:r>
        <w:t>Glasanje punomoćnika: ZA – u skladu sa Uputama za glasanje.</w:t>
      </w:r>
    </w:p>
    <w:p w14:paraId="2131F3C9" w14:textId="77777777" w:rsidR="00352ABF" w:rsidRDefault="00614B9D">
      <w:r>
        <w:t>Obrazloženje: Pokriva se gubitak iz prethodnog perioda.</w:t>
      </w:r>
    </w:p>
    <w:p w14:paraId="14622410" w14:textId="77777777" w:rsidR="00352ABF" w:rsidRDefault="00614B9D">
      <w:pPr>
        <w:spacing w:after="40"/>
      </w:pPr>
      <w:r>
        <w:rPr>
          <w:b/>
        </w:rPr>
        <w:t>Ad. 4. Odluka o izboru Vanjskog revizora za izradu revizije finansijskog izvještaja o poslovanju Društva za 2026 godinu</w:t>
      </w:r>
    </w:p>
    <w:p w14:paraId="140E3C94" w14:textId="77777777" w:rsidR="00352ABF" w:rsidRDefault="00614B9D">
      <w:r>
        <w:t>Rezultati glasanja: ZA glasova 100%; PROTIV 0%</w:t>
      </w:r>
    </w:p>
    <w:p w14:paraId="0136A72D" w14:textId="77777777" w:rsidR="00352ABF" w:rsidRDefault="00614B9D">
      <w:r>
        <w:t>Glasanje punomoćnika: ZA – u skladu sa Uputama za glasanje. Za revizora izabran: Revicus d.o.o. Zenica.</w:t>
      </w:r>
    </w:p>
    <w:p w14:paraId="28B81FAC" w14:textId="77777777" w:rsidR="00352ABF" w:rsidRDefault="00614B9D">
      <w:pPr>
        <w:spacing w:after="40"/>
      </w:pPr>
      <w:r>
        <w:rPr>
          <w:b/>
        </w:rPr>
        <w:t>Ad. 5. Odluka o razrješenju članova Odbora za reviziju privrednog društva BNT-TMIH d.d. Novi Travnik</w:t>
      </w:r>
    </w:p>
    <w:p w14:paraId="3AA3D769" w14:textId="77777777" w:rsidR="00352ABF" w:rsidRDefault="00614B9D">
      <w:r>
        <w:t>Rezultati glasanja: ZA glasova 100%; PROTIV 0%</w:t>
      </w:r>
    </w:p>
    <w:p w14:paraId="3A8BB8E4" w14:textId="77777777" w:rsidR="00352ABF" w:rsidRDefault="00614B9D">
      <w:r>
        <w:t>Glasanje punomoćnika: ZA – u skladu sa Uputama za glasanje.</w:t>
      </w:r>
    </w:p>
    <w:p w14:paraId="1D40C79D" w14:textId="77777777" w:rsidR="00352ABF" w:rsidRDefault="00614B9D">
      <w:pPr>
        <w:spacing w:after="40"/>
      </w:pPr>
      <w:r>
        <w:rPr>
          <w:b/>
        </w:rPr>
        <w:t>Ad. 6. Odluka o izboru i imenovanju članova Odbora za reviziju privrednog društva BNT-TMIH d.d. Novi Travnik</w:t>
      </w:r>
    </w:p>
    <w:p w14:paraId="5936A222" w14:textId="77777777" w:rsidR="00352ABF" w:rsidRDefault="00614B9D">
      <w:r>
        <w:t>Rezultati glasanja:</w:t>
      </w:r>
    </w:p>
    <w:p w14:paraId="1FF6D2DD" w14:textId="77777777" w:rsidR="00352ABF" w:rsidRDefault="00614B9D">
      <w:r>
        <w:t>Renovica Mutap Snežana     837.069 glasova</w:t>
      </w:r>
    </w:p>
    <w:p w14:paraId="5B0419F6" w14:textId="77777777" w:rsidR="00352ABF" w:rsidRDefault="00614B9D">
      <w:r>
        <w:t>Kapetanović Aida          2.937.195 glasova</w:t>
      </w:r>
    </w:p>
    <w:p w14:paraId="4764DC9E" w14:textId="77777777" w:rsidR="00352ABF" w:rsidRDefault="00614B9D">
      <w:r>
        <w:t>Kulačić Muhamed             837.069 glasova</w:t>
      </w:r>
    </w:p>
    <w:p w14:paraId="0370629B" w14:textId="77777777" w:rsidR="00352ABF" w:rsidRDefault="00614B9D">
      <w:r>
        <w:t>Glasanje punomoćnika – u skladu sa uputama glasala „ZA“ predstavnicu ZIF-ova Aidu Kapetanović.</w:t>
      </w:r>
    </w:p>
    <w:p w14:paraId="0983998C" w14:textId="77777777" w:rsidR="00352ABF" w:rsidRDefault="00614B9D">
      <w:pPr>
        <w:spacing w:after="40"/>
      </w:pPr>
      <w:r>
        <w:rPr>
          <w:b/>
        </w:rPr>
        <w:lastRenderedPageBreak/>
        <w:t>Ad. 7. Odluka o utvrđivanju osnovnih elemenata za zaključivanje Ugovora sa članovima Odbora za reviziju</w:t>
      </w:r>
    </w:p>
    <w:p w14:paraId="18A63D0B" w14:textId="77777777" w:rsidR="00352ABF" w:rsidRDefault="00614B9D">
      <w:r>
        <w:t>Rezultati glasanja: ZA glasova 100%; PROTIV 0%</w:t>
      </w:r>
    </w:p>
    <w:p w14:paraId="3C8096C7" w14:textId="77777777" w:rsidR="00352ABF" w:rsidRDefault="00614B9D">
      <w:r>
        <w:t>Glasanje punomoćnika: ZA – u skladu sa Uputama za glasanje.</w:t>
      </w:r>
    </w:p>
    <w:p w14:paraId="2C252A95" w14:textId="77777777" w:rsidR="00352ABF" w:rsidRDefault="00614B9D">
      <w:pPr>
        <w:spacing w:after="40"/>
      </w:pPr>
      <w:r>
        <w:rPr>
          <w:b/>
        </w:rPr>
        <w:t>Ad. 8. Odluka o razrješenju vršilaca dužnosti članova Nadzornog odbora privrednog društva BNT-TMIH d.d. Novi Travnik ispred državnog kapitala – zbog isteka mandata na koji su imenovani</w:t>
      </w:r>
    </w:p>
    <w:p w14:paraId="28DF6B40" w14:textId="77777777" w:rsidR="00352ABF" w:rsidRDefault="00614B9D">
      <w:r>
        <w:t>Rezultati glasanja: ZA glasova 100%; PROTIV 0%</w:t>
      </w:r>
    </w:p>
    <w:p w14:paraId="1E2236EA" w14:textId="77777777" w:rsidR="00352ABF" w:rsidRDefault="00614B9D">
      <w:r>
        <w:t>Glasanje punomoćnika: ZA – u skladu sa Uputama za glasanje.</w:t>
      </w:r>
    </w:p>
    <w:p w14:paraId="21A17F7C" w14:textId="77777777" w:rsidR="00352ABF" w:rsidRDefault="00614B9D">
      <w:pPr>
        <w:spacing w:after="40"/>
      </w:pPr>
      <w:r>
        <w:rPr>
          <w:b/>
        </w:rPr>
        <w:t>Ad. 9. Odluka o izboru i imenovanju članova Nadzornog odbora privrednog društva BNT-TMIH d.d. Novi Travnik ispred državnog kapitala do isteka mandata članova Nadzornog odbora koji su imenovani na period od četiri godine počev od 06.03.2026. godine</w:t>
      </w:r>
    </w:p>
    <w:p w14:paraId="4BA46EAB" w14:textId="77777777" w:rsidR="00352ABF" w:rsidRDefault="00614B9D">
      <w:r>
        <w:t>Rezultati glasanja:</w:t>
      </w:r>
    </w:p>
    <w:p w14:paraId="7E367FEB" w14:textId="2E87CC36" w:rsidR="00352ABF" w:rsidRDefault="00614B9D">
      <w:r>
        <w:t xml:space="preserve">Džana </w:t>
      </w:r>
      <w:proofErr w:type="spellStart"/>
      <w:r>
        <w:t>Smajlbegović</w:t>
      </w:r>
      <w:proofErr w:type="spellEnd"/>
      <w:r>
        <w:t xml:space="preserve">     </w:t>
      </w:r>
      <w:r w:rsidR="001A7CDD">
        <w:t>1.537.111</w:t>
      </w:r>
      <w:r>
        <w:t xml:space="preserve"> </w:t>
      </w:r>
      <w:proofErr w:type="spellStart"/>
      <w:r>
        <w:t>glasova</w:t>
      </w:r>
      <w:proofErr w:type="spellEnd"/>
    </w:p>
    <w:p w14:paraId="0BD6467F" w14:textId="2300D6DE" w:rsidR="00352ABF" w:rsidRDefault="00614B9D">
      <w:r>
        <w:t xml:space="preserve">Milena Brkić           </w:t>
      </w:r>
      <w:r w:rsidR="001A7CDD">
        <w:t>1.537.111</w:t>
      </w:r>
      <w:r>
        <w:t xml:space="preserve"> </w:t>
      </w:r>
      <w:proofErr w:type="spellStart"/>
      <w:r>
        <w:t>glasova</w:t>
      </w:r>
      <w:proofErr w:type="spellEnd"/>
    </w:p>
    <w:p w14:paraId="365B2DCF" w14:textId="77777777" w:rsidR="00352ABF" w:rsidRDefault="00614B9D">
      <w:pPr>
        <w:spacing w:after="40"/>
      </w:pPr>
      <w:r>
        <w:rPr>
          <w:b/>
        </w:rPr>
        <w:t>Ad. 10. Odluka o izmjenama i dopunama Statuta BNT-TMIH d.d. Novi Travnik</w:t>
      </w:r>
    </w:p>
    <w:p w14:paraId="62F93677" w14:textId="77777777" w:rsidR="00352ABF" w:rsidRDefault="00614B9D">
      <w:r>
        <w:t>Rezultati glasanja: ZA glasova 100%; PROTIV 0%</w:t>
      </w:r>
    </w:p>
    <w:p w14:paraId="0DAB4C06" w14:textId="77777777" w:rsidR="00352ABF" w:rsidRDefault="00614B9D">
      <w:r>
        <w:t>Glasanje punomoćnika: ZA – u skladu sa Uputama za glasanje.</w:t>
      </w:r>
    </w:p>
    <w:p w14:paraId="7F903F05" w14:textId="77777777" w:rsidR="00352ABF" w:rsidRDefault="00614B9D">
      <w:r>
        <w:t>Obrazloženje: Izmjene se odnose na uslove imenovanja Direktora i Izvršnih direktora.</w:t>
      </w:r>
    </w:p>
    <w:p w14:paraId="5BCE8F89" w14:textId="77777777" w:rsidR="00352ABF" w:rsidRDefault="00352ABF"/>
    <w:p w14:paraId="1E656A31" w14:textId="77777777" w:rsidR="00352ABF" w:rsidRDefault="00614B9D">
      <w:pPr>
        <w:spacing w:before="160"/>
      </w:pPr>
      <w:r>
        <w:t>Sarajevo, 06.07.2026. godine</w:t>
      </w:r>
    </w:p>
    <w:p w14:paraId="33A79119" w14:textId="3BF8249E" w:rsidR="00352ABF" w:rsidRDefault="001A7CDD" w:rsidP="001A7CDD">
      <w:pPr>
        <w:jc w:val="center"/>
      </w:pPr>
      <w:r>
        <w:t xml:space="preserve">                                                                                                                 </w:t>
      </w:r>
      <w:proofErr w:type="spellStart"/>
      <w:r w:rsidR="00614B9D">
        <w:t>Punomoćnik</w:t>
      </w:r>
      <w:proofErr w:type="spellEnd"/>
      <w:r w:rsidR="00614B9D">
        <w:br/>
      </w:r>
      <w:r w:rsidR="00614B9D">
        <w:br/>
      </w:r>
      <w:r>
        <w:t xml:space="preserve">                                                                                                                </w:t>
      </w:r>
      <w:r w:rsidR="00614B9D">
        <w:t>________________________</w:t>
      </w:r>
      <w:r w:rsidR="00614B9D">
        <w:br/>
      </w:r>
      <w:r>
        <w:t xml:space="preserve">                                                                                                              </w:t>
      </w:r>
      <w:r w:rsidR="00614B9D">
        <w:t>Damir Dinarević</w:t>
      </w:r>
    </w:p>
    <w:sectPr w:rsidR="00352ABF" w:rsidSect="00034616">
      <w:pgSz w:w="12240" w:h="15840"/>
      <w:pgMar w:top="850" w:right="964" w:bottom="850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3912236">
    <w:abstractNumId w:val="8"/>
  </w:num>
  <w:num w:numId="2" w16cid:durableId="1163204904">
    <w:abstractNumId w:val="6"/>
  </w:num>
  <w:num w:numId="3" w16cid:durableId="731779723">
    <w:abstractNumId w:val="5"/>
  </w:num>
  <w:num w:numId="4" w16cid:durableId="146408036">
    <w:abstractNumId w:val="4"/>
  </w:num>
  <w:num w:numId="5" w16cid:durableId="989672596">
    <w:abstractNumId w:val="7"/>
  </w:num>
  <w:num w:numId="6" w16cid:durableId="89930804">
    <w:abstractNumId w:val="3"/>
  </w:num>
  <w:num w:numId="7" w16cid:durableId="1334526847">
    <w:abstractNumId w:val="2"/>
  </w:num>
  <w:num w:numId="8" w16cid:durableId="2133593607">
    <w:abstractNumId w:val="1"/>
  </w:num>
  <w:num w:numId="9" w16cid:durableId="13412735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A7CDD"/>
    <w:rsid w:val="0029639D"/>
    <w:rsid w:val="00326F90"/>
    <w:rsid w:val="00352ABF"/>
    <w:rsid w:val="00614B9D"/>
    <w:rsid w:val="006F579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FECC21"/>
  <w14:defaultImageDpi w14:val="300"/>
  <w15:docId w15:val="{A3870CA2-C647-4487-8F29-6D90EBD1B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540</Words>
  <Characters>3078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3611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Damir Dinarević</cp:lastModifiedBy>
  <cp:revision>2</cp:revision>
  <cp:lastPrinted>2026-09-09T09:35:00Z</cp:lastPrinted>
  <dcterms:created xsi:type="dcterms:W3CDTF">2026-09-09T09:36:00Z</dcterms:created>
  <dcterms:modified xsi:type="dcterms:W3CDTF">2026-09-09T09:36:00Z</dcterms:modified>
  <cp:category/>
</cp:coreProperties>
</file>